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E561B" w14:textId="77777777" w:rsidR="00224F24" w:rsidRDefault="00E87C62">
      <w:pPr>
        <w:spacing w:after="40"/>
        <w:jc w:val="center"/>
      </w:pPr>
      <w:r>
        <w:rPr>
          <w:b/>
          <w:sz w:val="30"/>
        </w:rPr>
        <w:t>OSNOVNA ŠKOLA</w:t>
      </w:r>
    </w:p>
    <w:p w14:paraId="70EA27EA" w14:textId="77777777" w:rsidR="00224F24" w:rsidRDefault="00E87C62">
      <w:pPr>
        <w:spacing w:after="40"/>
        <w:jc w:val="center"/>
      </w:pPr>
      <w:r>
        <w:rPr>
          <w:b/>
          <w:sz w:val="32"/>
        </w:rPr>
        <w:t>„ŠIME STARČEVIĆ”</w:t>
      </w:r>
    </w:p>
    <w:p w14:paraId="620A419A" w14:textId="77777777" w:rsidR="00224F24" w:rsidRDefault="00E87C62">
      <w:pPr>
        <w:spacing w:after="120"/>
        <w:jc w:val="center"/>
        <w:rPr>
          <w:b/>
          <w:sz w:val="30"/>
          <w:szCs w:val="30"/>
        </w:rPr>
      </w:pPr>
      <w:r w:rsidRPr="00CB32F9">
        <w:rPr>
          <w:b/>
          <w:sz w:val="30"/>
          <w:szCs w:val="30"/>
        </w:rPr>
        <w:t>K A R L O B A G</w:t>
      </w:r>
    </w:p>
    <w:p w14:paraId="5ABAF0D9" w14:textId="77777777" w:rsidR="00CB32F9" w:rsidRPr="00CB32F9" w:rsidRDefault="00CB32F9">
      <w:pPr>
        <w:spacing w:after="120"/>
        <w:jc w:val="center"/>
        <w:rPr>
          <w:sz w:val="30"/>
          <w:szCs w:val="30"/>
        </w:rPr>
      </w:pPr>
      <w:bookmarkStart w:id="0" w:name="_GoBack"/>
      <w:bookmarkEnd w:id="0"/>
    </w:p>
    <w:p w14:paraId="3E83AC0E" w14:textId="725C51CC" w:rsidR="00224F24" w:rsidRDefault="00E87C62">
      <w:pPr>
        <w:spacing w:after="60"/>
        <w:jc w:val="center"/>
      </w:pPr>
      <w:r>
        <w:rPr>
          <w:b/>
          <w:sz w:val="24"/>
        </w:rPr>
        <w:t xml:space="preserve">P O Z I V A </w:t>
      </w:r>
      <w:r w:rsidR="00CB32F9">
        <w:rPr>
          <w:b/>
          <w:sz w:val="24"/>
        </w:rPr>
        <w:t xml:space="preserve"> </w:t>
      </w:r>
      <w:r>
        <w:rPr>
          <w:b/>
          <w:sz w:val="24"/>
        </w:rPr>
        <w:t xml:space="preserve"> V A S </w:t>
      </w:r>
      <w:r w:rsidR="00CB32F9">
        <w:rPr>
          <w:b/>
          <w:sz w:val="24"/>
        </w:rPr>
        <w:t xml:space="preserve"> </w:t>
      </w:r>
      <w:r>
        <w:rPr>
          <w:b/>
          <w:sz w:val="24"/>
        </w:rPr>
        <w:t xml:space="preserve"> N A</w:t>
      </w:r>
    </w:p>
    <w:p w14:paraId="5C6C5945" w14:textId="77777777" w:rsidR="00224F24" w:rsidRDefault="00E87C62">
      <w:pPr>
        <w:spacing w:after="0"/>
        <w:jc w:val="center"/>
      </w:pPr>
      <w:r>
        <w:rPr>
          <w:b/>
          <w:color w:val="9D7445"/>
          <w:sz w:val="64"/>
        </w:rPr>
        <w:t>DAN ŠKOLE</w:t>
      </w:r>
    </w:p>
    <w:p w14:paraId="43A99125" w14:textId="77777777" w:rsidR="00224F24" w:rsidRDefault="00E87C62">
      <w:pPr>
        <w:spacing w:after="80"/>
        <w:jc w:val="center"/>
      </w:pPr>
      <w:r>
        <w:rPr>
          <w:b/>
          <w:sz w:val="38"/>
        </w:rPr>
        <w:t>DAN OTVORENIH VRATA</w:t>
      </w:r>
    </w:p>
    <w:p w14:paraId="5B32138E" w14:textId="77777777" w:rsidR="00224F24" w:rsidRDefault="00E87C62">
      <w:pPr>
        <w:spacing w:after="160"/>
        <w:jc w:val="center"/>
      </w:pPr>
      <w:r>
        <w:rPr>
          <w:b/>
          <w:color w:val="9D7445"/>
          <w:sz w:val="30"/>
        </w:rPr>
        <w:t>SRIJEDA, 4. STUDENOGA 2026.</w:t>
      </w:r>
    </w:p>
    <w:p w14:paraId="2B2503A2" w14:textId="77777777" w:rsidR="00224F24" w:rsidRDefault="00E87C62">
      <w:pPr>
        <w:spacing w:after="40"/>
        <w:jc w:val="center"/>
      </w:pPr>
      <w:r>
        <w:rPr>
          <w:sz w:val="22"/>
        </w:rPr>
        <w:t>S velikim zadovoljstvom pozivamo Vas da nam se pridružite</w:t>
      </w:r>
    </w:p>
    <w:p w14:paraId="4609178C" w14:textId="77777777" w:rsidR="00224F24" w:rsidRDefault="00E87C62">
      <w:pPr>
        <w:spacing w:after="40"/>
        <w:jc w:val="center"/>
      </w:pPr>
      <w:r>
        <w:rPr>
          <w:sz w:val="22"/>
        </w:rPr>
        <w:t>u obilježavanju Dana škole te da zajedno s nama provedete dan</w:t>
      </w:r>
    </w:p>
    <w:p w14:paraId="65D92A74" w14:textId="77777777" w:rsidR="00224F24" w:rsidRDefault="00E87C62">
      <w:pPr>
        <w:spacing w:after="140"/>
        <w:jc w:val="center"/>
      </w:pPr>
      <w:r>
        <w:rPr>
          <w:sz w:val="22"/>
        </w:rPr>
        <w:t>ispunjen znanjem, kreativnošću, zajedništvom i dobrim raspoloženjem.</w:t>
      </w:r>
    </w:p>
    <w:p w14:paraId="0316F4E8" w14:textId="77777777" w:rsidR="00245299" w:rsidRDefault="00245299">
      <w:pPr>
        <w:spacing w:after="120"/>
        <w:jc w:val="center"/>
        <w:rPr>
          <w:b/>
          <w:sz w:val="34"/>
        </w:rPr>
      </w:pPr>
    </w:p>
    <w:p w14:paraId="22BE22CD" w14:textId="77777777" w:rsidR="00245299" w:rsidRDefault="00245299">
      <w:pPr>
        <w:spacing w:after="120"/>
        <w:jc w:val="center"/>
        <w:rPr>
          <w:b/>
          <w:sz w:val="34"/>
        </w:rPr>
      </w:pPr>
    </w:p>
    <w:p w14:paraId="573E80C0" w14:textId="77777777" w:rsidR="00224F24" w:rsidRDefault="00E87C62">
      <w:pPr>
        <w:spacing w:after="120"/>
        <w:jc w:val="center"/>
      </w:pPr>
      <w:r>
        <w:rPr>
          <w:b/>
          <w:sz w:val="34"/>
        </w:rPr>
        <w:t>P R O G R A M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88"/>
        <w:gridCol w:w="7848"/>
      </w:tblGrid>
      <w:tr w:rsidR="00224F24" w14:paraId="70BA6101" w14:textId="77777777">
        <w:tc>
          <w:tcPr>
            <w:tcW w:w="2088" w:type="dxa"/>
            <w:tcBorders>
              <w:bottom w:val="single" w:sz="5" w:space="0" w:color="C5A477"/>
            </w:tcBorders>
            <w:vAlign w:val="center"/>
          </w:tcPr>
          <w:p w14:paraId="13DE3313" w14:textId="77777777" w:rsidR="00224F24" w:rsidRDefault="00E87C62">
            <w:pPr>
              <w:spacing w:after="40"/>
              <w:jc w:val="center"/>
            </w:pPr>
            <w:r>
              <w:rPr>
                <w:b/>
                <w:sz w:val="22"/>
              </w:rPr>
              <w:t>8:00 – 9:00</w:t>
            </w:r>
          </w:p>
        </w:tc>
        <w:tc>
          <w:tcPr>
            <w:tcW w:w="7848" w:type="dxa"/>
            <w:tcBorders>
              <w:bottom w:val="single" w:sz="5" w:space="0" w:color="C5A477"/>
            </w:tcBorders>
            <w:vAlign w:val="center"/>
          </w:tcPr>
          <w:p w14:paraId="241B3D4A" w14:textId="77777777" w:rsidR="00245299" w:rsidRDefault="00245299">
            <w:pPr>
              <w:spacing w:after="20"/>
              <w:rPr>
                <w:b/>
                <w:sz w:val="22"/>
              </w:rPr>
            </w:pPr>
          </w:p>
          <w:p w14:paraId="7349E6FE" w14:textId="77777777" w:rsidR="00224F24" w:rsidRDefault="00E87C62">
            <w:pPr>
              <w:spacing w:after="20"/>
            </w:pPr>
            <w:proofErr w:type="spellStart"/>
            <w:r>
              <w:rPr>
                <w:b/>
                <w:sz w:val="22"/>
              </w:rPr>
              <w:t>Radionica</w:t>
            </w:r>
            <w:proofErr w:type="spellEnd"/>
            <w:r>
              <w:rPr>
                <w:b/>
                <w:sz w:val="22"/>
              </w:rPr>
              <w:t xml:space="preserve">: </w:t>
            </w:r>
            <w:proofErr w:type="spellStart"/>
            <w:r>
              <w:rPr>
                <w:b/>
                <w:sz w:val="22"/>
              </w:rPr>
              <w:t>Vremenska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kapsula</w:t>
            </w:r>
            <w:proofErr w:type="spellEnd"/>
            <w:r>
              <w:rPr>
                <w:b/>
                <w:sz w:val="22"/>
              </w:rPr>
              <w:br/>
            </w:r>
            <w:proofErr w:type="spellStart"/>
            <w:r>
              <w:t>Učenici</w:t>
            </w:r>
            <w:proofErr w:type="spellEnd"/>
            <w:r>
              <w:t xml:space="preserve"> izrađuju </w:t>
            </w:r>
            <w:proofErr w:type="spellStart"/>
            <w:r>
              <w:t>poruke</w:t>
            </w:r>
            <w:proofErr w:type="spellEnd"/>
            <w:r>
              <w:t xml:space="preserve">, </w:t>
            </w:r>
            <w:proofErr w:type="spellStart"/>
            <w:r>
              <w:t>crteže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predmete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buduće</w:t>
            </w:r>
            <w:proofErr w:type="spellEnd"/>
            <w:r>
              <w:t xml:space="preserve"> </w:t>
            </w:r>
            <w:proofErr w:type="spellStart"/>
            <w:r>
              <w:t>generacije</w:t>
            </w:r>
            <w:proofErr w:type="spellEnd"/>
            <w:r>
              <w:t>.</w:t>
            </w:r>
          </w:p>
          <w:p w14:paraId="4E5A13E7" w14:textId="77777777" w:rsidR="00245299" w:rsidRDefault="00245299">
            <w:pPr>
              <w:spacing w:after="20"/>
            </w:pPr>
          </w:p>
        </w:tc>
      </w:tr>
      <w:tr w:rsidR="00224F24" w14:paraId="38B00B79" w14:textId="77777777">
        <w:tc>
          <w:tcPr>
            <w:tcW w:w="2088" w:type="dxa"/>
            <w:tcBorders>
              <w:bottom w:val="single" w:sz="5" w:space="0" w:color="C5A477"/>
            </w:tcBorders>
            <w:vAlign w:val="center"/>
          </w:tcPr>
          <w:p w14:paraId="39284645" w14:textId="77777777" w:rsidR="00224F24" w:rsidRDefault="00E87C62">
            <w:pPr>
              <w:spacing w:after="40"/>
              <w:jc w:val="center"/>
            </w:pPr>
            <w:r>
              <w:rPr>
                <w:b/>
                <w:sz w:val="22"/>
              </w:rPr>
              <w:t>9:00 – 10:45</w:t>
            </w:r>
          </w:p>
        </w:tc>
        <w:tc>
          <w:tcPr>
            <w:tcW w:w="7848" w:type="dxa"/>
            <w:tcBorders>
              <w:bottom w:val="single" w:sz="5" w:space="0" w:color="C5A477"/>
            </w:tcBorders>
            <w:vAlign w:val="center"/>
          </w:tcPr>
          <w:p w14:paraId="3BF141E6" w14:textId="77777777" w:rsidR="00245299" w:rsidRDefault="00245299">
            <w:pPr>
              <w:spacing w:after="20"/>
              <w:rPr>
                <w:b/>
                <w:sz w:val="22"/>
              </w:rPr>
            </w:pPr>
          </w:p>
          <w:p w14:paraId="752F8AEB" w14:textId="77777777" w:rsidR="00224F24" w:rsidRDefault="00E87C62">
            <w:pPr>
              <w:spacing w:after="20"/>
            </w:pPr>
            <w:r>
              <w:rPr>
                <w:b/>
                <w:sz w:val="22"/>
              </w:rPr>
              <w:t xml:space="preserve">Pub </w:t>
            </w:r>
            <w:proofErr w:type="spellStart"/>
            <w:r>
              <w:rPr>
                <w:b/>
                <w:sz w:val="22"/>
              </w:rPr>
              <w:t>kviz</w:t>
            </w:r>
            <w:proofErr w:type="spellEnd"/>
            <w:r>
              <w:rPr>
                <w:b/>
                <w:sz w:val="22"/>
              </w:rPr>
              <w:br/>
            </w:r>
            <w:proofErr w:type="spellStart"/>
            <w:r>
              <w:t>Zabavno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edukativno</w:t>
            </w:r>
            <w:proofErr w:type="spellEnd"/>
            <w:r>
              <w:t xml:space="preserve"> </w:t>
            </w:r>
            <w:proofErr w:type="spellStart"/>
            <w:r>
              <w:t>natjecanje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  <w:r>
              <w:t xml:space="preserve">, </w:t>
            </w:r>
            <w:proofErr w:type="spellStart"/>
            <w:r>
              <w:t>učitelja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gostiju</w:t>
            </w:r>
            <w:proofErr w:type="spellEnd"/>
            <w:r>
              <w:t>.</w:t>
            </w:r>
          </w:p>
          <w:p w14:paraId="591C95EA" w14:textId="77777777" w:rsidR="00245299" w:rsidRDefault="00245299">
            <w:pPr>
              <w:spacing w:after="20"/>
            </w:pPr>
          </w:p>
        </w:tc>
      </w:tr>
      <w:tr w:rsidR="00224F24" w14:paraId="5A3C6DD3" w14:textId="77777777">
        <w:tc>
          <w:tcPr>
            <w:tcW w:w="2088" w:type="dxa"/>
            <w:tcBorders>
              <w:bottom w:val="single" w:sz="5" w:space="0" w:color="C5A477"/>
            </w:tcBorders>
            <w:vAlign w:val="center"/>
          </w:tcPr>
          <w:p w14:paraId="54B4F626" w14:textId="77777777" w:rsidR="00224F24" w:rsidRDefault="00E87C62">
            <w:pPr>
              <w:spacing w:after="40"/>
              <w:jc w:val="center"/>
            </w:pPr>
            <w:r>
              <w:rPr>
                <w:b/>
                <w:sz w:val="22"/>
              </w:rPr>
              <w:t>11:00</w:t>
            </w:r>
          </w:p>
        </w:tc>
        <w:tc>
          <w:tcPr>
            <w:tcW w:w="7848" w:type="dxa"/>
            <w:tcBorders>
              <w:bottom w:val="single" w:sz="5" w:space="0" w:color="C5A477"/>
            </w:tcBorders>
            <w:vAlign w:val="center"/>
          </w:tcPr>
          <w:p w14:paraId="3179D704" w14:textId="77777777" w:rsidR="00245299" w:rsidRDefault="00245299">
            <w:pPr>
              <w:spacing w:after="20"/>
              <w:rPr>
                <w:b/>
                <w:sz w:val="22"/>
              </w:rPr>
            </w:pPr>
          </w:p>
          <w:p w14:paraId="2A3A92B7" w14:textId="77777777" w:rsidR="00224F24" w:rsidRDefault="00E87C62">
            <w:pPr>
              <w:spacing w:after="20"/>
            </w:pPr>
            <w:proofErr w:type="spellStart"/>
            <w:r>
              <w:rPr>
                <w:b/>
                <w:sz w:val="22"/>
              </w:rPr>
              <w:t>Zakopavanje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vremenske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kapsule</w:t>
            </w:r>
            <w:proofErr w:type="spellEnd"/>
            <w:r>
              <w:rPr>
                <w:b/>
                <w:sz w:val="22"/>
              </w:rPr>
              <w:br/>
            </w:r>
            <w:r>
              <w:t xml:space="preserve">U školskom vrtu, uz </w:t>
            </w:r>
            <w:proofErr w:type="spellStart"/>
            <w:r>
              <w:t>poruke</w:t>
            </w:r>
            <w:proofErr w:type="spellEnd"/>
            <w:r>
              <w:t xml:space="preserve">, </w:t>
            </w:r>
            <w:proofErr w:type="spellStart"/>
            <w:r>
              <w:t>želje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uspomene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buduće</w:t>
            </w:r>
            <w:proofErr w:type="spellEnd"/>
            <w:r>
              <w:t xml:space="preserve"> </w:t>
            </w:r>
            <w:proofErr w:type="spellStart"/>
            <w:r>
              <w:t>generacije</w:t>
            </w:r>
            <w:proofErr w:type="spellEnd"/>
            <w:r>
              <w:t>.</w:t>
            </w:r>
          </w:p>
          <w:p w14:paraId="3D53FDCD" w14:textId="77777777" w:rsidR="00245299" w:rsidRDefault="00245299">
            <w:pPr>
              <w:spacing w:after="20"/>
            </w:pPr>
          </w:p>
        </w:tc>
      </w:tr>
    </w:tbl>
    <w:p w14:paraId="5B4E1503" w14:textId="77777777" w:rsidR="00224F24" w:rsidRDefault="00224F24">
      <w:pPr>
        <w:spacing w:after="40"/>
        <w:jc w:val="center"/>
      </w:pPr>
    </w:p>
    <w:p w14:paraId="5D88FA5E" w14:textId="77777777" w:rsidR="00224F24" w:rsidRDefault="00E87C62">
      <w:pPr>
        <w:spacing w:after="0"/>
        <w:jc w:val="center"/>
      </w:pPr>
      <w:r>
        <w:rPr>
          <w:b/>
          <w:color w:val="9D7445"/>
          <w:sz w:val="22"/>
        </w:rPr>
        <w:t>IZLOŽBA RADOVA UČENIČKE ZADRUGE</w:t>
      </w:r>
    </w:p>
    <w:p w14:paraId="6AF9BFAA" w14:textId="77777777" w:rsidR="00224F24" w:rsidRDefault="00E87C62">
      <w:pPr>
        <w:spacing w:after="80"/>
        <w:jc w:val="center"/>
      </w:pPr>
      <w:r>
        <w:rPr>
          <w:b/>
          <w:color w:val="9D7445"/>
          <w:sz w:val="42"/>
        </w:rPr>
        <w:t>„NEVERA”</w:t>
      </w:r>
    </w:p>
    <w:p w14:paraId="0A3ABC98" w14:textId="77777777" w:rsidR="00224F24" w:rsidRDefault="00E87C62">
      <w:pPr>
        <w:spacing w:after="0"/>
        <w:jc w:val="center"/>
      </w:pPr>
      <w:r>
        <w:rPr>
          <w:b/>
          <w:color w:val="9D7445"/>
          <w:sz w:val="22"/>
        </w:rPr>
        <w:t>IZLOŽBA FOTOGRAFIJA</w:t>
      </w:r>
    </w:p>
    <w:p w14:paraId="0A61D2FC" w14:textId="77777777" w:rsidR="00224F24" w:rsidRDefault="00E87C62">
      <w:pPr>
        <w:spacing w:after="0"/>
        <w:jc w:val="center"/>
      </w:pPr>
      <w:r>
        <w:rPr>
          <w:b/>
          <w:color w:val="9D7445"/>
          <w:sz w:val="26"/>
        </w:rPr>
        <w:t>NAŠE ŠKOLE KROZ VRIJEME</w:t>
      </w:r>
    </w:p>
    <w:p w14:paraId="65E7D720" w14:textId="77777777" w:rsidR="00224F24" w:rsidRDefault="00E87C62">
      <w:pPr>
        <w:spacing w:after="160"/>
        <w:jc w:val="center"/>
      </w:pPr>
      <w:r>
        <w:t>— kronološki prikaz povijesti i razvoja naše škole.</w:t>
      </w:r>
    </w:p>
    <w:p w14:paraId="440B0C4F" w14:textId="77777777" w:rsidR="00245299" w:rsidRDefault="00245299">
      <w:pPr>
        <w:spacing w:after="0"/>
        <w:jc w:val="center"/>
        <w:rPr>
          <w:i/>
          <w:sz w:val="42"/>
        </w:rPr>
      </w:pPr>
    </w:p>
    <w:p w14:paraId="0A34CEB4" w14:textId="77777777" w:rsidR="00224F24" w:rsidRDefault="00E87C62">
      <w:pPr>
        <w:spacing w:after="0"/>
        <w:jc w:val="center"/>
      </w:pPr>
      <w:r>
        <w:rPr>
          <w:i/>
          <w:sz w:val="42"/>
        </w:rPr>
        <w:t>Radujemo se Vašem dolasku!</w:t>
      </w:r>
    </w:p>
    <w:sectPr w:rsidR="00224F24" w:rsidSect="00034616">
      <w:pgSz w:w="12240" w:h="15840"/>
      <w:pgMar w:top="792" w:right="936" w:bottom="792" w:left="936" w:header="720" w:footer="720" w:gutter="0"/>
      <w:pgBorders w:offsetFrom="page">
        <w:top w:val="single" w:sz="12" w:space="18" w:color="C5A477"/>
        <w:left w:val="single" w:sz="12" w:space="18" w:color="C5A477"/>
        <w:bottom w:val="single" w:sz="12" w:space="18" w:color="C5A477"/>
        <w:right w:val="single" w:sz="12" w:space="18" w:color="C5A477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24F24"/>
    <w:rsid w:val="00245299"/>
    <w:rsid w:val="0029639D"/>
    <w:rsid w:val="00326F90"/>
    <w:rsid w:val="00501601"/>
    <w:rsid w:val="009B6DEC"/>
    <w:rsid w:val="009C5003"/>
    <w:rsid w:val="00AA1D8D"/>
    <w:rsid w:val="00B47730"/>
    <w:rsid w:val="00CB0664"/>
    <w:rsid w:val="00CB32F9"/>
    <w:rsid w:val="00E87C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42137"/>
  <w14:defaultImageDpi w14:val="300"/>
  <w15:docId w15:val="{7E38B9CE-7BE8-814A-B138-E57499CF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Georgia" w:hAnsi="Georgia"/>
      <w:color w:val="1F334F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37E371-D661-47B1-A8D7-061528957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Ravnateljica</cp:lastModifiedBy>
  <cp:revision>3</cp:revision>
  <dcterms:created xsi:type="dcterms:W3CDTF">2026-10-19T06:42:00Z</dcterms:created>
  <dcterms:modified xsi:type="dcterms:W3CDTF">2026-10-19T09:51:00Z</dcterms:modified>
  <cp:category/>
</cp:coreProperties>
</file>